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✂️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כרטיסיות חידות 3×4 – חלק ב׳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כרטיסים 37–65 + דף תשובות בסוף · גרסה צבעונית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כרטיסים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 – איך משתמשים בכרטיסים</w:t>
        </w:r>
      </w:hyperlink>
    </w:p>
    <w:p>
      <w:pPr>
        <w:bidi w:val="1"/>
        <w:jc w:val="right"/>
      </w:pPr>
      <w:hyperlink w:anchor="p0">
        <w:r>
          <w:rPr>
            <w:rFonts w:ascii="Arial" w:hAnsi="Arial" w:cs="Arial"/>
            <w:rtl/>
            <w:color w:val="3A1D99"/>
            <w:u w:val="single"/>
          </w:rPr>
          <w:t xml:space="preserve">• כרטיסים 37–48</w:t>
        </w:r>
      </w:hyperlink>
    </w:p>
    <w:p>
      <w:pPr>
        <w:bidi w:val="1"/>
        <w:jc w:val="right"/>
      </w:pPr>
      <w:hyperlink w:anchor="p1">
        <w:r>
          <w:rPr>
            <w:rFonts w:ascii="Arial" w:hAnsi="Arial" w:cs="Arial"/>
            <w:rtl/>
            <w:color w:val="3A1D99"/>
            <w:u w:val="single"/>
          </w:rPr>
          <w:t xml:space="preserve">• כרטיסים 49–60</w:t>
        </w:r>
      </w:hyperlink>
    </w:p>
    <w:p>
      <w:pPr>
        <w:bidi w:val="1"/>
        <w:jc w:val="right"/>
      </w:pPr>
      <w:hyperlink w:anchor="p2">
        <w:r>
          <w:rPr>
            <w:rFonts w:ascii="Arial" w:hAnsi="Arial" w:cs="Arial"/>
            <w:rtl/>
            <w:color w:val="3A1D99"/>
            <w:u w:val="single"/>
          </w:rPr>
          <w:t xml:space="preserve">• כרטיסים 61–65</w:t>
        </w:r>
      </w:hyperlink>
    </w:p>
    <w:p>
      <w:pPr>
        <w:bidi w:val="1"/>
        <w:jc w:val="right"/>
      </w:pPr>
      <w:hyperlink w:anchor="ans">
        <w:r>
          <w:rPr>
            <w:rFonts w:ascii="Arial" w:hAnsi="Arial" w:cs="Arial"/>
            <w:rtl/>
            <w:color w:val="3A1D99"/>
            <w:u w:val="single"/>
          </w:rPr>
          <w:t xml:space="preserve">• 🔑 דף תשובות</w:t>
        </w:r>
      </w:hyperlink>
    </w:p>
    <w:p>
      <w:bookmarkStart w:id="111" w:name="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 – איך משתמשים בכרטיסים</w:t>
      </w:r>
      <w:bookmarkEnd w:id="111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מדפיסים, גוזרים לאורך הקווים המקווקווים. דף התשובות בסוף – מדפיסים אותו בנפרד.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משחק זוגות: כל זוג מקבל 6 כרטיסים, פותר וממלא את המשבצות בעיפרון.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תחנות: מפזרים כרטיסים בכיתה; כל קבוצה פותרת ומסבירה את משחק המילים.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חנ״מ: בוחרים כרטיסים עם ⭐ אחד, ומציעים 2–3 תשובות בכתב לבחירה.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עולים: לפני הפתרון אומרים בקול את שם כל תמונה (בית, שמש, ים…).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⭐ = קל · ⭐⭐ = בינוני · ⭐⭐⭐ = קשה. מספר המשבצות = מספר האותיות בכל מילה. חלק א׳: כרטיסים 1–36 · חלק ב׳: כרטיסים 37–65.</w:t>
      </w:r>
    </w:p>
    <w:p>
      <w:r>
        <w:br w:type="page"/>
      </w:r>
    </w:p>
    <w:p>
      <w:bookmarkStart w:id="112" w:name="p0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37–48</w:t>
      </w:r>
      <w:bookmarkEnd w:id="112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#37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7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#38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8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#39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9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#40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0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#41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1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#42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2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#43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3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#44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975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4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9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#45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5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#46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6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#47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7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#48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8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</w:tbl>
    <w:p>
      <w:r>
        <w:br w:type="page"/>
      </w:r>
    </w:p>
    <w:p>
      <w:bookmarkStart w:id="113" w:name="p1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49–60</w:t>
      </w:r>
      <w:bookmarkEnd w:id="113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#49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9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#50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0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#51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1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#52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2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#53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3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#54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49875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4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498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#55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5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#56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6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#57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7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#58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8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#59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9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#60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0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</w:tbl>
    <w:p>
      <w:r>
        <w:br w:type="page"/>
      </w:r>
    </w:p>
    <w:p>
      <w:bookmarkStart w:id="114" w:name="p2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61–65</w:t>
      </w:r>
      <w:bookmarkEnd w:id="114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#61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1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#62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2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#63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3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#64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2625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4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#65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5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/>
        </w:tc>
      </w:tr>
    </w:tbl>
    <w:p>
      <w:r>
        <w:br w:type="page"/>
      </w:r>
    </w:p>
    <w:p>
      <w:bookmarkStart w:id="115" w:name="an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🔑 דף תשובות</w:t>
      </w:r>
      <w:bookmarkEnd w:id="115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3402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402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נתיבות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נתיב (שביל, דרך) + ות – ברבים: נתיבות.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קיסריה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קיסר (שליט, מלך קיסרי – כתר) + יה.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חדרה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חדר + 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טירת כרמל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טירה (מבצר) + כרמל (ההר הירוק ליד חיפה). "טירה" בסמיכות = "טירת".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נשר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נשר – תמונה אחת, מילה אחת!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עין מאהל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עין (גם: מעיין) + מאהל (הרבה אוהלים יחד).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חור + 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שבע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+ שבע (7).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דגניה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דגן (חיטה, שעורה) + יה.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שדה בוקר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שדה + בוקר (זריחה). "בוקר" הוא גם מי שרועה בקר.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מגל – כלי לקציר. תמונה אחת!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גשר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גשר – תמונה אחת, מילה אחת.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אלפא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+ אלפא (האות הראשונה באלפבית היווני). ביחד – כמו "אלף־בית"!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רמת דוד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רמה (שלב) + דוד (דוד מים חמים). רמה בסמיכות = רמת.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עדשים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+ עדשים (קטנייה כתומה למרק).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 נר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 + נר.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 השלושה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 + ה + שלושה (3 כדורים).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אגמון החולה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אגם (קטן = אגמון) + ה + חולה (מי שלא מרגיש טוב). שם העמק – החולה – נשמע כמו חולה במחלה!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אתא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אתה (מצביעים: אתה!). "אתא" נשמע כמו "אתה" – הומופון!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יבנה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יבנה = "ייבנה" – משהו שעוד ייבנה (מנוף ולבנים). פועל בזמן עתיד!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גדרה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גדר + 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רעננה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רענן (טרי, ירוק ומלא חיים) + 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כפר יונה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כפר + יונה.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מלאכי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מלאך + י = קריית מלאכי.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חורפיש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חורף + יש! = חורפיש. שתי מילים שלא קשורות – וביחד יוצא שם של יישוב.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השיטה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+ ה + שיטה (עץ מדבר עם צמרת רחבה).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טבעון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טבע + 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חוף דור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חוף + דור (סבא, הורה וילד – שלושה דורות).</w:t>
            </w:r>
          </w:p>
        </w:tc>
      </w:tr>
    </w:tbl>
    <w:p>
      <w:pPr>
        <w:bidi w:val="1"/>
        <w:jc w:val="right"/>
      </w:pPr>
    </w:p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kartisiot-color-2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