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תיכון · רגיל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63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63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תיכון · רגיל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אותיות, סמיכות, צליל דומה.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כולל חידות קשות (הומופונים, חיסור אות), ניתוח לשוני ומשימת כתיבה וניתוח חידה.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64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64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רמת גן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רמה (שלב, דרגה) + גן. "רמה" בצורת סמיכות נהיית "רמת" – כמו "רמת קושי".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השרון והמרכז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עפולה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 + פול (קטנייה) + ה. מילה קטנה מסתתרת בתוך שם העיר.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העמקים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 = "ייבנה" – משהו שעוד ייבנה (מנוף ולבנים). פועל בזמן עתיד!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כנרת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כנר (מי שמנגן בכינור) + ת. לפי אחד ההסברים, צורת האגם מזכירה כינור.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הגליל והצפון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חלק ב׳: מצפים לזיהוי הדרך (צירוף, תוספת אות, סמיכות, הומופון, חיסור אות) ולנימוק על יצירתיות – כל נימוק מבוסס מתקבל.</w:t>
      </w:r>
    </w:p>
    <w:p>
      <w:r>
        <w:br w:type="page"/>
      </w:r>
    </w:p>
    <w:p>
      <w:bookmarkStart w:id="165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65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66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66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15872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587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5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2909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bookmarkStart w:id="167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67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1. הסבירו את משחק המילים בשתי חידות מחלק א׳. ציינו את הדרך: צירוף, תוספת אות, סמיכות, הומופון או חיסור אות.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2. "קריה + אתה = קריית אתא". מהו הומופון? תנו דוגמה נוספת משלכם.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3. איזו חידה יצירתית יותר בעיניכם? נמקו (3–4 משפטים).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68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68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69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69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איזו חידה הייתה הכי קשה לכם? 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כתבו דרך אחת לבנות חידת תמונה.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3. באיזה אזור בארץ נמצא אחד המקומות שפתרתם?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daf-avoda-t-r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