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תיכון · חנ״מ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70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70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תיכון · חנ״מ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חלוקה לחלקים קטנים (רמז ← אות ← הסבר), בלי שעון.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71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71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 (זכר הכבשים) + 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אלפא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אלפא (האות הראשונה באלפבית היווני). ביחד – כמו "אלף־בית"!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העמקים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אשדוד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 + דוד (דוד מים חמים על הגג).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 + רחוב = רחובות. מילה אחת ברבים!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ב׳: מצפים לזיהוי הדרך (צירוף, תוספת אות, סמיכות, הומופון, חיסור אות) ולנימוק על יצירתיות – כל נימוק מבוסס מתקבל.</w:t>
      </w:r>
    </w:p>
    <w:p>
      <w:r>
        <w:br w:type="page"/>
      </w:r>
    </w:p>
    <w:p>
      <w:bookmarkStart w:id="172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72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73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73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1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בית השיטהראש העיןאילת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ראשון לציוןבית אלפאראש הנקרה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חדרהאשדודקריית גת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באר שבעחיפהרחובות</w:t>
      </w:r>
    </w:p>
    <w:p>
      <w:bookmarkStart w:id="174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74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מתחו קו מהתמונה למילה (או כתבו את המספר):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מילה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1. 🏠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2. ☀️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3. 🌊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4. 🌳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שמש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השלימו: בית + שמש = 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75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75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76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76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הקיפו: 😀 היה לי קל · 🙂 בסדר · 🤔 היה קשה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איזו תמונה אהבתם?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daf-avoda-t-c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